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6FDE" w14:textId="3E11DA64" w:rsidR="005C3845" w:rsidRPr="00701F51" w:rsidRDefault="005C3845" w:rsidP="005C3845">
      <w:pPr>
        <w:jc w:val="center"/>
        <w:rPr>
          <w:rFonts w:ascii="Gill Sans" w:eastAsia="Gill Sans" w:hAnsi="Gill Sans" w:cs="Gill Sans"/>
          <w:b/>
          <w:bCs/>
          <w:color w:val="943634" w:themeColor="accent2" w:themeShade="BF"/>
          <w:sz w:val="28"/>
          <w:szCs w:val="28"/>
          <w:lang w:val="it-IT"/>
        </w:rPr>
      </w:pPr>
      <w:r w:rsidRPr="00701F51">
        <w:rPr>
          <w:rFonts w:ascii="Gill Sans" w:eastAsia="Gill Sans" w:hAnsi="Gill Sans" w:cs="Gill Sans"/>
          <w:b/>
          <w:bCs/>
          <w:color w:val="943634" w:themeColor="accent2" w:themeShade="BF"/>
          <w:sz w:val="28"/>
          <w:szCs w:val="28"/>
          <w:lang w:val="it-IT"/>
        </w:rPr>
        <w:t>ALLEGATO A – Domanda di iscrizione alla Banca dati dei fornitori per esigenze specifiche della Fondazione Roma Lazio Film Commission</w:t>
      </w:r>
    </w:p>
    <w:p w14:paraId="70F15C16" w14:textId="77777777" w:rsidR="005C3845" w:rsidRDefault="005C3845">
      <w:pPr>
        <w:rPr>
          <w:lang w:val="it-IT"/>
        </w:rPr>
      </w:pPr>
    </w:p>
    <w:p w14:paraId="11000001" w14:textId="77777777" w:rsidR="006C648A" w:rsidRDefault="00950EF3" w:rsidP="009041E2">
      <w:pPr>
        <w:pStyle w:val="Titolo2"/>
        <w:shd w:val="clear" w:color="auto" w:fill="F2DBDB" w:themeFill="accent2" w:themeFillTint="33"/>
        <w:spacing w:before="120" w:after="120" w:line="240" w:lineRule="auto"/>
        <w:ind w:left="576" w:hanging="576"/>
        <w:jc w:val="both"/>
        <w:rPr>
          <w:rFonts w:ascii="Gill Sans MT" w:eastAsia="Arial Unicode MS" w:hAnsi="Gill Sans MT"/>
          <w:color w:val="943634"/>
          <w:sz w:val="24"/>
          <w:szCs w:val="24"/>
          <w:lang w:val="it-IT"/>
        </w:rPr>
      </w:pPr>
      <w:r>
        <w:rPr>
          <w:rFonts w:ascii="Gill Sans MT" w:eastAsia="Arial Unicode MS" w:hAnsi="Gill Sans MT"/>
          <w:color w:val="943634"/>
          <w:sz w:val="24"/>
          <w:szCs w:val="24"/>
          <w:lang w:val="it-IT"/>
        </w:rPr>
        <w:t>1. Dati Anagrafici dell’Azienda</w:t>
      </w:r>
    </w:p>
    <w:p w14:paraId="11000002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Ragione Sociale: _____________________________________________</w:t>
      </w:r>
    </w:p>
    <w:p w14:paraId="11000003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Forma giuridica: _____________________________________________</w:t>
      </w:r>
    </w:p>
    <w:p w14:paraId="11000004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Partita IVA / Codice Fiscale: ____________________________________</w:t>
      </w:r>
    </w:p>
    <w:p w14:paraId="11000005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Indirizzo Sede Legale: _________________________________________</w:t>
      </w:r>
    </w:p>
    <w:p w14:paraId="11000006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CAP: ________  Comune: ____________________  Provincia: ________</w:t>
      </w:r>
    </w:p>
    <w:p w14:paraId="11000007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Telefono: ____________________  E-mail: _______________________</w:t>
      </w:r>
    </w:p>
    <w:p w14:paraId="11000008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PEC: __________________________</w:t>
      </w:r>
    </w:p>
    <w:p w14:paraId="11000009" w14:textId="23B597CF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Codice Ateco</w:t>
      </w:r>
      <w:r w:rsidR="007B7C9E">
        <w:rPr>
          <w:rFonts w:ascii="Gill Sans MT" w:hAnsi="Gill Sans MT"/>
          <w:sz w:val="24"/>
          <w:szCs w:val="24"/>
          <w:lang w:val="it-IT"/>
        </w:rPr>
        <w:t xml:space="preserve"> (6 cifre)</w:t>
      </w:r>
      <w:r>
        <w:rPr>
          <w:rFonts w:ascii="Gill Sans MT" w:hAnsi="Gill Sans MT"/>
          <w:sz w:val="24"/>
          <w:szCs w:val="24"/>
          <w:lang w:val="it-IT"/>
        </w:rPr>
        <w:t>: __________________________</w:t>
      </w:r>
    </w:p>
    <w:p w14:paraId="1AF7928D" w14:textId="7F75283F" w:rsidR="00007158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Numero REA</w:t>
      </w:r>
      <w:r w:rsidR="00007158">
        <w:rPr>
          <w:rFonts w:ascii="Gill Sans MT" w:hAnsi="Gill Sans MT"/>
          <w:sz w:val="24"/>
          <w:szCs w:val="24"/>
          <w:lang w:val="it-IT"/>
        </w:rPr>
        <w:t>: _________________________</w:t>
      </w:r>
    </w:p>
    <w:p w14:paraId="1100000A" w14:textId="7583EADC" w:rsidR="006C648A" w:rsidRDefault="00007158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D</w:t>
      </w:r>
      <w:r w:rsidR="00950EF3">
        <w:rPr>
          <w:rFonts w:ascii="Gill Sans MT" w:hAnsi="Gill Sans MT"/>
          <w:sz w:val="24"/>
          <w:szCs w:val="24"/>
          <w:lang w:val="it-IT"/>
        </w:rPr>
        <w:t>ata iscrizione alla CCIAA: _________________________</w:t>
      </w:r>
    </w:p>
    <w:p w14:paraId="1100000B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• Rappresentante Legale: ________________________________________</w:t>
      </w:r>
    </w:p>
    <w:p w14:paraId="1100000C" w14:textId="77777777" w:rsidR="006C648A" w:rsidRDefault="006C648A">
      <w:pPr>
        <w:rPr>
          <w:lang w:val="it-IT"/>
        </w:rPr>
      </w:pPr>
    </w:p>
    <w:p w14:paraId="1100000D" w14:textId="77777777" w:rsidR="006C648A" w:rsidRDefault="00950EF3" w:rsidP="009041E2">
      <w:pPr>
        <w:pStyle w:val="Titolo2"/>
        <w:shd w:val="clear" w:color="auto" w:fill="F2DBDB" w:themeFill="accent2" w:themeFillTint="33"/>
        <w:spacing w:before="120" w:after="120" w:line="240" w:lineRule="auto"/>
        <w:ind w:left="576" w:hanging="576"/>
        <w:jc w:val="both"/>
        <w:rPr>
          <w:rFonts w:ascii="Gill Sans MT" w:eastAsia="Arial Unicode MS" w:hAnsi="Gill Sans MT"/>
          <w:color w:val="943634"/>
          <w:sz w:val="24"/>
          <w:szCs w:val="24"/>
          <w:lang w:val="it-IT"/>
        </w:rPr>
      </w:pPr>
      <w:r>
        <w:rPr>
          <w:rFonts w:ascii="Gill Sans MT" w:eastAsia="Arial Unicode MS" w:hAnsi="Gill Sans MT"/>
          <w:color w:val="943634"/>
          <w:sz w:val="24"/>
          <w:szCs w:val="24"/>
          <w:lang w:val="it-IT"/>
        </w:rPr>
        <w:t>2. Dati relativi all’attività</w:t>
      </w:r>
    </w:p>
    <w:p w14:paraId="11000016" w14:textId="793EAB63" w:rsidR="006C648A" w:rsidRDefault="00950EF3">
      <w:pPr>
        <w:jc w:val="both"/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Esperienza documentata nello svolgimento di contratti nel settore del cinema e audiovisivo, anche con soggetti privati (ultimo triennio):</w:t>
      </w:r>
    </w:p>
    <w:tbl>
      <w:tblPr>
        <w:tblW w:w="856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091"/>
        <w:gridCol w:w="2193"/>
        <w:gridCol w:w="2183"/>
        <w:gridCol w:w="2100"/>
      </w:tblGrid>
      <w:tr w:rsidR="006A70BE" w:rsidRPr="009041E2" w14:paraId="5169CA1B" w14:textId="77777777" w:rsidTr="006A70BE">
        <w:trPr>
          <w:trHeight w:val="513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D7FC" w14:textId="71B6E3D3" w:rsidR="006A70BE" w:rsidRPr="009041E2" w:rsidRDefault="00ED2C4D" w:rsidP="00A80EE2">
            <w:pPr>
              <w:ind w:left="113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  <w:lang w:eastAsia="it-IT"/>
              </w:rPr>
              <w:t>CONTRATTO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A56D" w14:textId="3A68AE15" w:rsidR="006A70BE" w:rsidRPr="009041E2" w:rsidRDefault="00ED2C4D" w:rsidP="00A80EE2">
            <w:pPr>
              <w:ind w:left="113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</w:rPr>
              <w:t>ANNO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A405C" w14:textId="77777777" w:rsidR="006A70BE" w:rsidRPr="009041E2" w:rsidRDefault="006A70BE" w:rsidP="00A80EE2">
            <w:pPr>
              <w:ind w:left="113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  <w:lang w:eastAsia="it-IT"/>
              </w:rPr>
              <w:t>IMPORTO €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C357" w14:textId="77777777" w:rsidR="006A70BE" w:rsidRPr="009041E2" w:rsidRDefault="006A70BE" w:rsidP="00A80EE2">
            <w:pPr>
              <w:ind w:left="113"/>
              <w:jc w:val="center"/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Gill Sans MT" w:hAnsi="Gill Sans MT"/>
                <w:sz w:val="24"/>
                <w:szCs w:val="24"/>
                <w:lang w:eastAsia="it-IT"/>
              </w:rPr>
              <w:t>COMMITTENTE</w:t>
            </w:r>
          </w:p>
        </w:tc>
      </w:tr>
      <w:tr w:rsidR="006A70BE" w:rsidRPr="009041E2" w14:paraId="4F96A3E1" w14:textId="77777777" w:rsidTr="006A70BE">
        <w:trPr>
          <w:trHeight w:val="513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BDA9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  <w:lang w:eastAsia="it-IT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D3AF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D1DD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FDB4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</w:tr>
      <w:tr w:rsidR="006A70BE" w:rsidRPr="009041E2" w14:paraId="3F6A9B08" w14:textId="77777777" w:rsidTr="006A70BE">
        <w:trPr>
          <w:trHeight w:val="513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BF22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77BC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2EDA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4CF2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</w:tr>
      <w:tr w:rsidR="006A70BE" w:rsidRPr="009041E2" w14:paraId="130B8313" w14:textId="77777777" w:rsidTr="006A70BE">
        <w:trPr>
          <w:trHeight w:val="503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67CF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623E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A9AE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6B27" w14:textId="77777777" w:rsidR="006A70BE" w:rsidRPr="009041E2" w:rsidRDefault="006A70BE" w:rsidP="00A80EE2">
            <w:pPr>
              <w:snapToGrid w:val="0"/>
              <w:jc w:val="both"/>
              <w:rPr>
                <w:rFonts w:ascii="Gill Sans MT" w:hAnsi="Gill Sans MT"/>
                <w:bCs/>
                <w:iCs/>
                <w:sz w:val="24"/>
                <w:szCs w:val="24"/>
                <w:shd w:val="clear" w:color="auto" w:fill="00FF00"/>
              </w:rPr>
            </w:pPr>
          </w:p>
        </w:tc>
      </w:tr>
    </w:tbl>
    <w:p w14:paraId="11000017" w14:textId="77777777" w:rsidR="006C648A" w:rsidRDefault="006C648A">
      <w:pPr>
        <w:rPr>
          <w:lang w:val="it-IT"/>
        </w:rPr>
      </w:pPr>
    </w:p>
    <w:p w14:paraId="11000018" w14:textId="77777777" w:rsidR="006C648A" w:rsidRDefault="00950EF3" w:rsidP="009041E2">
      <w:pPr>
        <w:pStyle w:val="Titolo2"/>
        <w:shd w:val="clear" w:color="auto" w:fill="F2DBDB" w:themeFill="accent2" w:themeFillTint="33"/>
        <w:spacing w:before="120" w:after="120" w:line="240" w:lineRule="auto"/>
        <w:ind w:left="576" w:hanging="576"/>
        <w:jc w:val="both"/>
        <w:rPr>
          <w:rFonts w:ascii="Gill Sans MT" w:eastAsia="Arial Unicode MS" w:hAnsi="Gill Sans MT"/>
          <w:color w:val="943634"/>
          <w:sz w:val="24"/>
          <w:szCs w:val="24"/>
          <w:lang w:val="it-IT"/>
        </w:rPr>
      </w:pPr>
      <w:r>
        <w:rPr>
          <w:rFonts w:ascii="Gill Sans MT" w:eastAsia="Arial Unicode MS" w:hAnsi="Gill Sans MT"/>
          <w:color w:val="943634"/>
          <w:sz w:val="24"/>
          <w:szCs w:val="24"/>
          <w:lang w:val="it-IT"/>
        </w:rPr>
        <w:lastRenderedPageBreak/>
        <w:t>3. Aree di attività</w:t>
      </w:r>
    </w:p>
    <w:p w14:paraId="11000019" w14:textId="77777777" w:rsidR="006C648A" w:rsidRDefault="00950EF3">
      <w:pPr>
        <w:jc w:val="both"/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Il/la sottoscritto/a, in qualità di legale rappresentante, richiede l’iscrizione alla Banca dati dei fornitori per le seguenti aree di attività (selezionare una o più):</w:t>
      </w:r>
    </w:p>
    <w:p w14:paraId="1100001A" w14:textId="0E7C785A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Sviluppo e scrittura di progetti audiovisivi</w:t>
      </w:r>
    </w:p>
    <w:p w14:paraId="1100001B" w14:textId="2298F6B4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Produzione, organizzazione e reparti creativi</w:t>
      </w:r>
    </w:p>
    <w:p w14:paraId="1100001C" w14:textId="7EDC4C8C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Talent, casting e sviluppo professionale</w:t>
      </w:r>
    </w:p>
    <w:p w14:paraId="1100001D" w14:textId="75F66463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 xml:space="preserve">Reparti tecnici di set, animazione, VFX, </w:t>
      </w:r>
      <w:proofErr w:type="spellStart"/>
      <w:r w:rsidRPr="000C5148">
        <w:rPr>
          <w:rFonts w:ascii="Gill Sans MT" w:hAnsi="Gill Sans MT"/>
          <w:sz w:val="24"/>
          <w:szCs w:val="24"/>
          <w:lang w:val="it-IT"/>
        </w:rPr>
        <w:t>virtual</w:t>
      </w:r>
      <w:proofErr w:type="spellEnd"/>
      <w:r w:rsidRPr="000C5148">
        <w:rPr>
          <w:rFonts w:ascii="Gill Sans MT" w:hAnsi="Gill Sans MT"/>
          <w:sz w:val="24"/>
          <w:szCs w:val="24"/>
          <w:lang w:val="it-IT"/>
        </w:rPr>
        <w:t xml:space="preserve"> production</w:t>
      </w:r>
    </w:p>
    <w:p w14:paraId="1100001E" w14:textId="3417D52A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Postproduzione, suono e musica</w:t>
      </w:r>
    </w:p>
    <w:p w14:paraId="1100001F" w14:textId="326BDF67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Area legale, tax credit e incentivi</w:t>
      </w:r>
    </w:p>
    <w:p w14:paraId="11000020" w14:textId="3FCDD113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Area amministrativa, gestionale e rendicontazione</w:t>
      </w:r>
    </w:p>
    <w:p w14:paraId="11000021" w14:textId="3FB9077D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Promozione, comunicazione, eventi e festival</w:t>
      </w:r>
    </w:p>
    <w:p w14:paraId="11000022" w14:textId="0027D40C" w:rsidR="006C648A" w:rsidRPr="000C5148" w:rsidRDefault="00950EF3" w:rsidP="000C5148">
      <w:pPr>
        <w:pStyle w:val="Paragrafoelenco"/>
        <w:numPr>
          <w:ilvl w:val="0"/>
          <w:numId w:val="14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C5148">
        <w:rPr>
          <w:rFonts w:ascii="Gill Sans MT" w:hAnsi="Gill Sans MT"/>
          <w:sz w:val="24"/>
          <w:szCs w:val="24"/>
          <w:lang w:val="it-IT"/>
        </w:rPr>
        <w:t>Ricerca, analisi economica e osservatori</w:t>
      </w:r>
    </w:p>
    <w:p w14:paraId="11000023" w14:textId="77777777" w:rsidR="006C648A" w:rsidRDefault="006C648A">
      <w:pPr>
        <w:rPr>
          <w:lang w:val="it-IT"/>
        </w:rPr>
      </w:pPr>
    </w:p>
    <w:p w14:paraId="11000024" w14:textId="77777777" w:rsidR="006C648A" w:rsidRDefault="00950EF3" w:rsidP="009041E2">
      <w:pPr>
        <w:pStyle w:val="Titolo2"/>
        <w:shd w:val="clear" w:color="auto" w:fill="F2DBDB" w:themeFill="accent2" w:themeFillTint="33"/>
        <w:spacing w:before="120" w:after="120" w:line="240" w:lineRule="auto"/>
        <w:ind w:left="576" w:hanging="576"/>
        <w:jc w:val="both"/>
        <w:rPr>
          <w:rFonts w:ascii="Gill Sans MT" w:eastAsia="Arial Unicode MS" w:hAnsi="Gill Sans MT"/>
          <w:color w:val="943634"/>
          <w:sz w:val="24"/>
          <w:szCs w:val="24"/>
          <w:lang w:val="it-IT"/>
        </w:rPr>
      </w:pPr>
      <w:r>
        <w:rPr>
          <w:rFonts w:ascii="Gill Sans MT" w:eastAsia="Arial Unicode MS" w:hAnsi="Gill Sans MT"/>
          <w:color w:val="943634"/>
          <w:sz w:val="24"/>
          <w:szCs w:val="24"/>
          <w:lang w:val="it-IT"/>
        </w:rPr>
        <w:t>4. Dichiarazioni sostitutive</w:t>
      </w:r>
    </w:p>
    <w:p w14:paraId="11000025" w14:textId="77777777" w:rsidR="006C648A" w:rsidRDefault="00950EF3">
      <w:pPr>
        <w:jc w:val="both"/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Il/la sottoscritto/a, consapevole delle responsabilità penali previste dall’art. 76 del D.P.R. 445/2000 per le ipotesi di falsità in atti e dichiarazioni mendaci, dichiara sotto la propria responsabilità:</w:t>
      </w:r>
    </w:p>
    <w:p w14:paraId="11000026" w14:textId="19588896" w:rsidR="006C648A" w:rsidRPr="0000319F" w:rsidRDefault="000C5148" w:rsidP="0000319F">
      <w:pPr>
        <w:pStyle w:val="Paragrafoelenco"/>
        <w:numPr>
          <w:ilvl w:val="0"/>
          <w:numId w:val="15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essere regolarmente iscritto/a alla Camera di Commercio con i dati indicati nella Sezione 1 (Numero REA e data di iscrizione)</w:t>
      </w:r>
      <w:r w:rsidRPr="0000319F">
        <w:rPr>
          <w:rFonts w:ascii="Gill Sans MT" w:hAnsi="Gill Sans MT"/>
          <w:sz w:val="24"/>
          <w:szCs w:val="24"/>
          <w:lang w:val="it-IT"/>
        </w:rPr>
        <w:t>;</w:t>
      </w:r>
    </w:p>
    <w:p w14:paraId="11000027" w14:textId="145B9B11" w:rsidR="006C648A" w:rsidRPr="0000319F" w:rsidRDefault="000C5148" w:rsidP="0000319F">
      <w:pPr>
        <w:pStyle w:val="Paragrafoelenco"/>
        <w:numPr>
          <w:ilvl w:val="0"/>
          <w:numId w:val="15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essere in regola con gli obblighi contributivi e previdenziali (DURC)</w:t>
      </w:r>
      <w:r w:rsidRPr="0000319F">
        <w:rPr>
          <w:rFonts w:ascii="Gill Sans MT" w:hAnsi="Gill Sans MT"/>
          <w:sz w:val="24"/>
          <w:szCs w:val="24"/>
          <w:lang w:val="it-IT"/>
        </w:rPr>
        <w:t>;</w:t>
      </w:r>
    </w:p>
    <w:p w14:paraId="11000028" w14:textId="6AFF57D9" w:rsidR="006C648A" w:rsidRPr="0000319F" w:rsidRDefault="000C5148" w:rsidP="0000319F">
      <w:pPr>
        <w:pStyle w:val="Paragrafoelenco"/>
        <w:numPr>
          <w:ilvl w:val="0"/>
          <w:numId w:val="15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non essere destinatario/a di provvedimenti interdittivi o di condanne per reati gravi ai sensi del D. Lgs. 36/2023</w:t>
      </w:r>
      <w:r w:rsidRPr="0000319F">
        <w:rPr>
          <w:rFonts w:ascii="Gill Sans MT" w:hAnsi="Gill Sans MT"/>
          <w:sz w:val="24"/>
          <w:szCs w:val="24"/>
          <w:lang w:val="it-IT"/>
        </w:rPr>
        <w:t>;</w:t>
      </w:r>
    </w:p>
    <w:p w14:paraId="11000029" w14:textId="2A81D13A" w:rsidR="006C648A" w:rsidRPr="0000319F" w:rsidRDefault="000C5148" w:rsidP="0000319F">
      <w:pPr>
        <w:pStyle w:val="Paragrafoelenco"/>
        <w:numPr>
          <w:ilvl w:val="0"/>
          <w:numId w:val="15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essere in possesso di firma digitale e PEC attiva</w:t>
      </w:r>
      <w:r w:rsidRPr="0000319F">
        <w:rPr>
          <w:rFonts w:ascii="Gill Sans MT" w:hAnsi="Gill Sans MT"/>
          <w:sz w:val="24"/>
          <w:szCs w:val="24"/>
          <w:lang w:val="it-IT"/>
        </w:rPr>
        <w:t>;</w:t>
      </w:r>
    </w:p>
    <w:p w14:paraId="1100002A" w14:textId="0A2C4EB2" w:rsidR="006C648A" w:rsidRPr="0000319F" w:rsidRDefault="000C5148" w:rsidP="0000319F">
      <w:pPr>
        <w:pStyle w:val="Paragrafoelenco"/>
        <w:numPr>
          <w:ilvl w:val="0"/>
          <w:numId w:val="15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essere iscritto/a come operatore economico alla piattaforma di e-procurement della Regione Lazio S.TEL.LA. (Sistema Telematico Acquisti Regione Lazio)</w:t>
      </w:r>
      <w:r w:rsidR="000C589A">
        <w:rPr>
          <w:rFonts w:ascii="Gill Sans MT" w:hAnsi="Gill Sans MT"/>
          <w:sz w:val="24"/>
          <w:szCs w:val="24"/>
          <w:lang w:val="it-IT"/>
        </w:rPr>
        <w:t xml:space="preserve"> e abilitato al mercato elettronico</w:t>
      </w:r>
      <w:r w:rsidRPr="0000319F">
        <w:rPr>
          <w:rFonts w:ascii="Gill Sans MT" w:hAnsi="Gill Sans MT"/>
          <w:sz w:val="24"/>
          <w:szCs w:val="24"/>
          <w:lang w:val="it-IT"/>
        </w:rPr>
        <w:t>;</w:t>
      </w:r>
    </w:p>
    <w:p w14:paraId="1100002B" w14:textId="39648532" w:rsidR="006C648A" w:rsidRPr="0000319F" w:rsidRDefault="000C5148" w:rsidP="0000319F">
      <w:pPr>
        <w:pStyle w:val="Paragrafoelenco"/>
        <w:numPr>
          <w:ilvl w:val="0"/>
          <w:numId w:val="15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disporre di risorse umane e tecniche adeguate a garantire la qualità del servizio offerto.</w:t>
      </w:r>
    </w:p>
    <w:p w14:paraId="1100002C" w14:textId="77777777" w:rsidR="006C648A" w:rsidRDefault="006C648A">
      <w:pPr>
        <w:rPr>
          <w:lang w:val="it-IT"/>
        </w:rPr>
      </w:pPr>
    </w:p>
    <w:p w14:paraId="1100002D" w14:textId="77777777" w:rsidR="006C648A" w:rsidRDefault="00950EF3" w:rsidP="009041E2">
      <w:pPr>
        <w:pStyle w:val="Titolo2"/>
        <w:shd w:val="clear" w:color="auto" w:fill="F2DBDB" w:themeFill="accent2" w:themeFillTint="33"/>
        <w:spacing w:before="120" w:after="120" w:line="240" w:lineRule="auto"/>
        <w:ind w:left="576" w:hanging="576"/>
        <w:jc w:val="both"/>
        <w:rPr>
          <w:rFonts w:ascii="Gill Sans MT" w:eastAsia="Arial Unicode MS" w:hAnsi="Gill Sans MT"/>
          <w:color w:val="943634"/>
          <w:sz w:val="24"/>
          <w:szCs w:val="24"/>
          <w:lang w:val="it-IT"/>
        </w:rPr>
      </w:pPr>
      <w:r>
        <w:rPr>
          <w:rFonts w:ascii="Gill Sans MT" w:eastAsia="Arial Unicode MS" w:hAnsi="Gill Sans MT"/>
          <w:color w:val="943634"/>
          <w:sz w:val="24"/>
          <w:szCs w:val="24"/>
          <w:lang w:val="it-IT"/>
        </w:rPr>
        <w:t>5. Accettazioni e firma</w:t>
      </w:r>
    </w:p>
    <w:p w14:paraId="1100002E" w14:textId="77777777" w:rsidR="006C648A" w:rsidRDefault="00950EF3">
      <w:pPr>
        <w:jc w:val="both"/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Il/la sottoscritto/a dichiara, sotto la propria responsabilità:</w:t>
      </w:r>
    </w:p>
    <w:p w14:paraId="1100002F" w14:textId="30F1F8CB" w:rsidR="006C648A" w:rsidRPr="0000319F" w:rsidRDefault="000C5148" w:rsidP="0000319F">
      <w:pPr>
        <w:pStyle w:val="Paragrafoelenco"/>
        <w:numPr>
          <w:ilvl w:val="0"/>
          <w:numId w:val="16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lastRenderedPageBreak/>
        <w:t>la</w:t>
      </w:r>
      <w:r w:rsidR="00950EF3" w:rsidRPr="0000319F">
        <w:rPr>
          <w:rFonts w:ascii="Gill Sans MT" w:hAnsi="Gill Sans MT"/>
          <w:sz w:val="24"/>
          <w:szCs w:val="24"/>
          <w:lang w:val="it-IT"/>
        </w:rPr>
        <w:t xml:space="preserve"> veridicità di tutte le informazioni fornite nel presente Modulo</w:t>
      </w:r>
      <w:r w:rsidRPr="0000319F">
        <w:rPr>
          <w:rFonts w:ascii="Gill Sans MT" w:hAnsi="Gill Sans MT"/>
          <w:sz w:val="24"/>
          <w:szCs w:val="24"/>
          <w:lang w:val="it-IT"/>
        </w:rPr>
        <w:t>;</w:t>
      </w:r>
    </w:p>
    <w:p w14:paraId="11000030" w14:textId="00A5CFBD" w:rsidR="006C648A" w:rsidRPr="0000319F" w:rsidRDefault="000C5148" w:rsidP="0000319F">
      <w:pPr>
        <w:pStyle w:val="Paragrafoelenco"/>
        <w:numPr>
          <w:ilvl w:val="0"/>
          <w:numId w:val="16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accettare integralmente le condizioni previste dal Regolamento della Banca dati dei fornitori della Fondazione</w:t>
      </w:r>
      <w:r w:rsidRPr="0000319F">
        <w:rPr>
          <w:rFonts w:ascii="Gill Sans MT" w:hAnsi="Gill Sans MT"/>
          <w:sz w:val="24"/>
          <w:szCs w:val="24"/>
          <w:lang w:val="it-IT"/>
        </w:rPr>
        <w:t>;</w:t>
      </w:r>
    </w:p>
    <w:p w14:paraId="11000031" w14:textId="69DD680C" w:rsidR="006C648A" w:rsidRPr="0000319F" w:rsidRDefault="000C5148" w:rsidP="0000319F">
      <w:pPr>
        <w:pStyle w:val="Paragrafoelenco"/>
        <w:numPr>
          <w:ilvl w:val="0"/>
          <w:numId w:val="16"/>
        </w:numPr>
        <w:jc w:val="both"/>
        <w:rPr>
          <w:rFonts w:ascii="Gill Sans MT" w:hAnsi="Gill Sans MT"/>
          <w:sz w:val="24"/>
          <w:szCs w:val="24"/>
          <w:lang w:val="it-IT"/>
        </w:rPr>
      </w:pPr>
      <w:r w:rsidRPr="0000319F">
        <w:rPr>
          <w:rFonts w:ascii="Gill Sans MT" w:hAnsi="Gill Sans MT"/>
          <w:sz w:val="24"/>
          <w:szCs w:val="24"/>
          <w:lang w:val="it-IT"/>
        </w:rPr>
        <w:t>d</w:t>
      </w:r>
      <w:r w:rsidR="00950EF3" w:rsidRPr="0000319F">
        <w:rPr>
          <w:rFonts w:ascii="Gill Sans MT" w:hAnsi="Gill Sans MT"/>
          <w:sz w:val="24"/>
          <w:szCs w:val="24"/>
          <w:lang w:val="it-IT"/>
        </w:rPr>
        <w:t>i accettare integralmente e di impegnarsi al rispetto del Patto di Integrità disponibile sul sito della Fondazione (sezione Amministrazione Trasparente) e delle normative vigenti in materia di appalti pubblici. Si prende atto che in fase di affidamento sarà richiesta la firma di un patto di integrità specifico per la singola procedura.</w:t>
      </w:r>
    </w:p>
    <w:p w14:paraId="11000032" w14:textId="77777777" w:rsidR="006C648A" w:rsidRDefault="006C648A">
      <w:pPr>
        <w:rPr>
          <w:lang w:val="it-IT"/>
        </w:rPr>
      </w:pPr>
    </w:p>
    <w:p w14:paraId="11000033" w14:textId="77777777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Luogo e Data: ___________________</w:t>
      </w:r>
    </w:p>
    <w:p w14:paraId="11000034" w14:textId="77777777" w:rsidR="006C648A" w:rsidRDefault="006C648A">
      <w:pPr>
        <w:rPr>
          <w:lang w:val="it-IT"/>
        </w:rPr>
      </w:pPr>
    </w:p>
    <w:p w14:paraId="3CD279FF" w14:textId="77777777" w:rsidR="000C5148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 xml:space="preserve">Firma digitale del legale rappresentante: </w:t>
      </w:r>
    </w:p>
    <w:p w14:paraId="11000035" w14:textId="3DB3FBDF" w:rsidR="006C648A" w:rsidRDefault="00950EF3">
      <w:pPr>
        <w:rPr>
          <w:rFonts w:ascii="Gill Sans MT" w:hAnsi="Gill Sans MT"/>
          <w:sz w:val="24"/>
          <w:szCs w:val="24"/>
          <w:lang w:val="it-IT"/>
        </w:rPr>
      </w:pPr>
      <w:r>
        <w:rPr>
          <w:rFonts w:ascii="Gill Sans MT" w:hAnsi="Gill Sans MT"/>
          <w:sz w:val="24"/>
          <w:szCs w:val="24"/>
          <w:lang w:val="it-IT"/>
        </w:rPr>
        <w:t>_________________________________________</w:t>
      </w:r>
    </w:p>
    <w:p w14:paraId="11000036" w14:textId="77777777" w:rsidR="006C648A" w:rsidRDefault="006C648A">
      <w:pPr>
        <w:rPr>
          <w:lang w:val="it-IT"/>
        </w:rPr>
      </w:pPr>
    </w:p>
    <w:sectPr w:rsidR="006C648A" w:rsidSect="00701F51">
      <w:headerReference w:type="default" r:id="rId8"/>
      <w:footerReference w:type="default" r:id="rId9"/>
      <w:pgSz w:w="12240" w:h="15840"/>
      <w:pgMar w:top="2127" w:right="1800" w:bottom="170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ED269" w14:textId="77777777" w:rsidR="000705EF" w:rsidRDefault="000705EF" w:rsidP="00013FD5">
      <w:pPr>
        <w:spacing w:after="0" w:line="240" w:lineRule="auto"/>
      </w:pPr>
      <w:r>
        <w:separator/>
      </w:r>
    </w:p>
  </w:endnote>
  <w:endnote w:type="continuationSeparator" w:id="0">
    <w:p w14:paraId="6F01BB65" w14:textId="77777777" w:rsidR="000705EF" w:rsidRDefault="000705EF" w:rsidP="0001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">
    <w:altName w:val="Calibri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5683"/>
      <w:docPartObj>
        <w:docPartGallery w:val="Page Numbers (Bottom of Page)"/>
        <w:docPartUnique/>
      </w:docPartObj>
    </w:sdtPr>
    <w:sdtEndPr>
      <w:rPr>
        <w:rFonts w:ascii="Gill Sans MT" w:hAnsi="Gill Sans MT"/>
      </w:rPr>
    </w:sdtEndPr>
    <w:sdtContent>
      <w:p w14:paraId="424F53F7" w14:textId="3272FB05" w:rsidR="00013FD5" w:rsidRPr="00013FD5" w:rsidRDefault="00013FD5">
        <w:pPr>
          <w:pStyle w:val="Pidipagina"/>
          <w:jc w:val="center"/>
          <w:rPr>
            <w:rFonts w:ascii="Gill Sans MT" w:hAnsi="Gill Sans MT"/>
          </w:rPr>
        </w:pPr>
        <w:r w:rsidRPr="00013FD5">
          <w:rPr>
            <w:rFonts w:ascii="Gill Sans MT" w:hAnsi="Gill Sans MT"/>
          </w:rPr>
          <w:fldChar w:fldCharType="begin"/>
        </w:r>
        <w:r w:rsidRPr="00013FD5">
          <w:rPr>
            <w:rFonts w:ascii="Gill Sans MT" w:hAnsi="Gill Sans MT"/>
          </w:rPr>
          <w:instrText>PAGE   \* MERGEFORMAT</w:instrText>
        </w:r>
        <w:r w:rsidRPr="00013FD5">
          <w:rPr>
            <w:rFonts w:ascii="Gill Sans MT" w:hAnsi="Gill Sans MT"/>
          </w:rPr>
          <w:fldChar w:fldCharType="separate"/>
        </w:r>
        <w:r w:rsidRPr="00013FD5">
          <w:rPr>
            <w:rFonts w:ascii="Gill Sans MT" w:hAnsi="Gill Sans MT"/>
            <w:lang w:val="it-IT"/>
          </w:rPr>
          <w:t>2</w:t>
        </w:r>
        <w:r w:rsidRPr="00013FD5">
          <w:rPr>
            <w:rFonts w:ascii="Gill Sans MT" w:hAnsi="Gill Sans MT"/>
          </w:rPr>
          <w:fldChar w:fldCharType="end"/>
        </w:r>
      </w:p>
    </w:sdtContent>
  </w:sdt>
  <w:p w14:paraId="17E5FD8F" w14:textId="77777777" w:rsidR="00013FD5" w:rsidRDefault="00013F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5BB8A" w14:textId="77777777" w:rsidR="000705EF" w:rsidRDefault="000705EF" w:rsidP="00013FD5">
      <w:pPr>
        <w:spacing w:after="0" w:line="240" w:lineRule="auto"/>
      </w:pPr>
      <w:r>
        <w:separator/>
      </w:r>
    </w:p>
  </w:footnote>
  <w:footnote w:type="continuationSeparator" w:id="0">
    <w:p w14:paraId="3CBF82B7" w14:textId="77777777" w:rsidR="000705EF" w:rsidRDefault="000705EF" w:rsidP="00013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E2EF" w14:textId="40BBC7E1" w:rsidR="005C3845" w:rsidRDefault="005C3845" w:rsidP="005C3845">
    <w:pPr>
      <w:pStyle w:val="Intestazione"/>
      <w:jc w:val="center"/>
    </w:pPr>
    <w:r>
      <w:rPr>
        <w:noProof/>
        <w:color w:val="000000"/>
      </w:rPr>
      <w:drawing>
        <wp:inline distT="0" distB="0" distL="0" distR="0" wp14:anchorId="7EEFCA71" wp14:editId="50364ABC">
          <wp:extent cx="1357425" cy="640800"/>
          <wp:effectExtent l="0" t="0" r="0" b="0"/>
          <wp:docPr id="693288542" name="image1.png" descr="P:\2021-27\PROG_ATTUATIVA FSE+ 2021-27\6. AVVISI 2025\FONDAZIONE FILM COMMISSION\LOGO FONDAZIONE\logo-base-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P:\2021-27\PROG_ATTUATIVA FSE+ 2021-27\6. AVVISI 2025\FONDAZIONE FILM COMMISSION\LOGO FONDAZIONE\logo-base-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7425" cy="640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F620BC" w14:textId="77777777" w:rsidR="005C3845" w:rsidRDefault="005C3845" w:rsidP="00EE5F1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CD23E9"/>
    <w:multiLevelType w:val="hybridMultilevel"/>
    <w:tmpl w:val="C230500E"/>
    <w:lvl w:ilvl="0" w:tplc="3F5C18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0ECB3375"/>
    <w:multiLevelType w:val="hybridMultilevel"/>
    <w:tmpl w:val="25B01580"/>
    <w:lvl w:ilvl="0" w:tplc="369094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539F4"/>
    <w:multiLevelType w:val="hybridMultilevel"/>
    <w:tmpl w:val="1BAE2430"/>
    <w:lvl w:ilvl="0" w:tplc="369094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23311"/>
    <w:multiLevelType w:val="hybridMultilevel"/>
    <w:tmpl w:val="860871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12E4B"/>
    <w:multiLevelType w:val="hybridMultilevel"/>
    <w:tmpl w:val="576899AE"/>
    <w:lvl w:ilvl="0" w:tplc="3690941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95307"/>
    <w:multiLevelType w:val="hybridMultilevel"/>
    <w:tmpl w:val="89843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E25A74">
      <w:numFmt w:val="bullet"/>
      <w:lvlText w:val="•"/>
      <w:lvlJc w:val="left"/>
      <w:pPr>
        <w:ind w:left="1440" w:hanging="360"/>
      </w:pPr>
      <w:rPr>
        <w:rFonts w:ascii="Gill Sans MT" w:eastAsiaTheme="minorEastAsia" w:hAnsi="Gill Sans MT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1729A"/>
    <w:multiLevelType w:val="hybridMultilevel"/>
    <w:tmpl w:val="98F6B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091462">
    <w:abstractNumId w:val="8"/>
  </w:num>
  <w:num w:numId="2" w16cid:durableId="1934165666">
    <w:abstractNumId w:val="6"/>
  </w:num>
  <w:num w:numId="3" w16cid:durableId="1308587437">
    <w:abstractNumId w:val="5"/>
  </w:num>
  <w:num w:numId="4" w16cid:durableId="1637104147">
    <w:abstractNumId w:val="4"/>
  </w:num>
  <w:num w:numId="5" w16cid:durableId="1414164804">
    <w:abstractNumId w:val="7"/>
  </w:num>
  <w:num w:numId="6" w16cid:durableId="1082802020">
    <w:abstractNumId w:val="3"/>
  </w:num>
  <w:num w:numId="7" w16cid:durableId="191576667">
    <w:abstractNumId w:val="2"/>
  </w:num>
  <w:num w:numId="8" w16cid:durableId="1841386423">
    <w:abstractNumId w:val="1"/>
  </w:num>
  <w:num w:numId="9" w16cid:durableId="1559316721">
    <w:abstractNumId w:val="0"/>
  </w:num>
  <w:num w:numId="10" w16cid:durableId="441346669">
    <w:abstractNumId w:val="9"/>
  </w:num>
  <w:num w:numId="11" w16cid:durableId="274676860">
    <w:abstractNumId w:val="10"/>
  </w:num>
  <w:num w:numId="12" w16cid:durableId="1115292519">
    <w:abstractNumId w:val="11"/>
  </w:num>
  <w:num w:numId="13" w16cid:durableId="1870145210">
    <w:abstractNumId w:val="14"/>
  </w:num>
  <w:num w:numId="14" w16cid:durableId="979655261">
    <w:abstractNumId w:val="13"/>
  </w:num>
  <w:num w:numId="15" w16cid:durableId="799421735">
    <w:abstractNumId w:val="12"/>
  </w:num>
  <w:num w:numId="16" w16cid:durableId="15985611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6F6"/>
    <w:rsid w:val="0000319F"/>
    <w:rsid w:val="00007158"/>
    <w:rsid w:val="0000737A"/>
    <w:rsid w:val="00013FD5"/>
    <w:rsid w:val="0003273B"/>
    <w:rsid w:val="00034616"/>
    <w:rsid w:val="00036489"/>
    <w:rsid w:val="0006063C"/>
    <w:rsid w:val="000705EF"/>
    <w:rsid w:val="00070ADA"/>
    <w:rsid w:val="00086D5B"/>
    <w:rsid w:val="000B7581"/>
    <w:rsid w:val="000C5148"/>
    <w:rsid w:val="000C589A"/>
    <w:rsid w:val="000F6C41"/>
    <w:rsid w:val="00115248"/>
    <w:rsid w:val="0013218A"/>
    <w:rsid w:val="0015074B"/>
    <w:rsid w:val="0017341D"/>
    <w:rsid w:val="001C7B5C"/>
    <w:rsid w:val="001F38E6"/>
    <w:rsid w:val="00223CB0"/>
    <w:rsid w:val="00255721"/>
    <w:rsid w:val="0029639D"/>
    <w:rsid w:val="002E01BF"/>
    <w:rsid w:val="00326F90"/>
    <w:rsid w:val="00361531"/>
    <w:rsid w:val="00370E59"/>
    <w:rsid w:val="003A23B8"/>
    <w:rsid w:val="003D3577"/>
    <w:rsid w:val="003E06D3"/>
    <w:rsid w:val="004141D0"/>
    <w:rsid w:val="00427C61"/>
    <w:rsid w:val="00434BF4"/>
    <w:rsid w:val="0043788C"/>
    <w:rsid w:val="00471049"/>
    <w:rsid w:val="004734FC"/>
    <w:rsid w:val="004A2D5B"/>
    <w:rsid w:val="004D5506"/>
    <w:rsid w:val="004E5FD6"/>
    <w:rsid w:val="004E7485"/>
    <w:rsid w:val="00511E73"/>
    <w:rsid w:val="00534E13"/>
    <w:rsid w:val="00555E14"/>
    <w:rsid w:val="005827D1"/>
    <w:rsid w:val="00593D18"/>
    <w:rsid w:val="005C25DE"/>
    <w:rsid w:val="005C3207"/>
    <w:rsid w:val="005C3845"/>
    <w:rsid w:val="005C692B"/>
    <w:rsid w:val="005E40F0"/>
    <w:rsid w:val="005F3FBD"/>
    <w:rsid w:val="005F7148"/>
    <w:rsid w:val="00613018"/>
    <w:rsid w:val="00641DB9"/>
    <w:rsid w:val="00643C8A"/>
    <w:rsid w:val="006A70BE"/>
    <w:rsid w:val="006C0893"/>
    <w:rsid w:val="006C648A"/>
    <w:rsid w:val="006D108E"/>
    <w:rsid w:val="006D7C6C"/>
    <w:rsid w:val="006E5191"/>
    <w:rsid w:val="00701F51"/>
    <w:rsid w:val="00713F8F"/>
    <w:rsid w:val="00742655"/>
    <w:rsid w:val="007456EF"/>
    <w:rsid w:val="00756276"/>
    <w:rsid w:val="00786FAE"/>
    <w:rsid w:val="00791714"/>
    <w:rsid w:val="007A793B"/>
    <w:rsid w:val="007B61F9"/>
    <w:rsid w:val="007B7C9E"/>
    <w:rsid w:val="007E05F6"/>
    <w:rsid w:val="00807F0B"/>
    <w:rsid w:val="00815EF3"/>
    <w:rsid w:val="00854751"/>
    <w:rsid w:val="00893EE8"/>
    <w:rsid w:val="008960D0"/>
    <w:rsid w:val="008E16E2"/>
    <w:rsid w:val="008E66CA"/>
    <w:rsid w:val="009041E2"/>
    <w:rsid w:val="00904F65"/>
    <w:rsid w:val="00950EF3"/>
    <w:rsid w:val="0096722B"/>
    <w:rsid w:val="009844AC"/>
    <w:rsid w:val="0098783A"/>
    <w:rsid w:val="009A050D"/>
    <w:rsid w:val="009D553C"/>
    <w:rsid w:val="009F00C1"/>
    <w:rsid w:val="009F7F66"/>
    <w:rsid w:val="00A02D57"/>
    <w:rsid w:val="00A175B5"/>
    <w:rsid w:val="00A64DD0"/>
    <w:rsid w:val="00A66C00"/>
    <w:rsid w:val="00A70FC5"/>
    <w:rsid w:val="00A91853"/>
    <w:rsid w:val="00AA1D8D"/>
    <w:rsid w:val="00AC046C"/>
    <w:rsid w:val="00AC7489"/>
    <w:rsid w:val="00AD1A72"/>
    <w:rsid w:val="00B00DD4"/>
    <w:rsid w:val="00B0124B"/>
    <w:rsid w:val="00B2690A"/>
    <w:rsid w:val="00B3547B"/>
    <w:rsid w:val="00B47730"/>
    <w:rsid w:val="00B641F9"/>
    <w:rsid w:val="00B8033D"/>
    <w:rsid w:val="00B84F3C"/>
    <w:rsid w:val="00C02515"/>
    <w:rsid w:val="00C11CCF"/>
    <w:rsid w:val="00C342C6"/>
    <w:rsid w:val="00C93388"/>
    <w:rsid w:val="00CA2964"/>
    <w:rsid w:val="00CB0664"/>
    <w:rsid w:val="00CD02FC"/>
    <w:rsid w:val="00D727AE"/>
    <w:rsid w:val="00DB7F18"/>
    <w:rsid w:val="00DC3036"/>
    <w:rsid w:val="00DD7080"/>
    <w:rsid w:val="00DF70D3"/>
    <w:rsid w:val="00E07AA7"/>
    <w:rsid w:val="00E17423"/>
    <w:rsid w:val="00E314ED"/>
    <w:rsid w:val="00E64C09"/>
    <w:rsid w:val="00EB3F0E"/>
    <w:rsid w:val="00ED0BE7"/>
    <w:rsid w:val="00ED2C4D"/>
    <w:rsid w:val="00EE3414"/>
    <w:rsid w:val="00EE36FA"/>
    <w:rsid w:val="00EE5F16"/>
    <w:rsid w:val="00F5644A"/>
    <w:rsid w:val="00F6153F"/>
    <w:rsid w:val="00F628C2"/>
    <w:rsid w:val="00FB635E"/>
    <w:rsid w:val="00FC66C4"/>
    <w:rsid w:val="00FC693F"/>
    <w:rsid w:val="00FE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68EF2B3-273E-40FC-9BFC-3FD68038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74265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2655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5C3207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7E05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E05F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E05F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E05F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E0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9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Giulia Masini</cp:lastModifiedBy>
  <cp:revision>104</cp:revision>
  <dcterms:created xsi:type="dcterms:W3CDTF">2013-12-23T23:15:00Z</dcterms:created>
  <dcterms:modified xsi:type="dcterms:W3CDTF">2026-07-03T13:05:00Z</dcterms:modified>
  <cp:category/>
</cp:coreProperties>
</file>